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EL DIBUJO Y REPRESENTACIONES GRÁFICAS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EL DIBUJO Y REPRESENTACIONES GRÁFICAS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Herramientas y materiales específicos empleados por estudiantes ciegos o deficientes visuales, necesarios para explorar, producir y manipular representaciones gráficas, con aprovechamiento escolar semejante a la de los compañeros videntes del mismo nivel educativo.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