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LAS ACTIVIDADES DOMÉSTICAS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LAS ACTIVIDADES DOMÉSTICAS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auxiliares que actúan como productos de apoyo técnicos o tecnológicos de las personas con discapacidad visual y auditiva en el ámbito del hogar. Reúnen adaptaciones visuales y/o auditivas, y pueden transmitir además información mediante el tacto o la vibración. Entre este tipo de productos figuran: relojes, despertadores, indicadores de sonidos del hogar, agujas de autoenhebrar, cintas métricas con marcas, indicador de líquidos, balanza de cocina parlante, detectores de colores, detectores de luz y organizadores de monedas o de calcetines.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