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ESTEREOPSIS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ESTEREOPSIS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Fenómeno de la percepción visual por el que a partir de dos imágenes, el cerebro es capaz de recomponer una de tipo tridimensional.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Visión 3D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Estereopsis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