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DISCAPACIDAD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DISCAPACIDAD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Sujeto con algún tipo de deficiencia visual que le produce limitaciones en la actividad y restricciones en la participación. Denota los aspectos negativos de la interacción entre la persona con una alteración de la visión y su entorno (factores contextuales y ambientales).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discapacitado visual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persona con discapacidad visual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